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6"/>
          <w:u w:val="single"/>
        </w:rPr>
        <w:t>ÜYE KAYIT FORMU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268"/>
        <w:gridCol w:w="7371"/>
      </w:tblGrid>
      <w:tr>
        <w:tc>
          <w:tcPr>
            <w:tcW w:type="dxa" w:w="2268"/>
          </w:tcPr>
          <w:p>
            <w:pPr>
              <w:spacing w:after="0"/>
            </w:pPr>
          </w:p>
          <w:tbl>
            <w:tblPr>
              <w:tblW w:type="auto" w:w="0"/>
              <w:tblBorders>
                <w:top w:val="single" w:sz="6" w:color="000000"/>
                <w:left w:val="single" w:sz="6" w:color="000000"/>
                <w:bottom w:val="single" w:sz="6" w:color="000000"/>
                <w:right w:val="single" w:sz="6" w:color="000000"/>
                <w:insideH w:val="single" w:sz="6" w:color="000000"/>
                <w:insideV w:val="single" w:sz="6" w:color="000000"/>
              </w:tblBorders>
              <w:tblLayout w:type="fixed"/>
              <w:tblLook w:firstColumn="1" w:firstRow="1" w:lastColumn="0" w:lastRow="0" w:noHBand="0" w:noVBand="1" w:val="04A0"/>
            </w:tblPr>
            <w:tblGrid>
              <w:gridCol w:w="1984"/>
            </w:tblGrid>
            <w:tr>
              <w:trPr>
                <w:trHeight w:val="2551" w:hRule="atLeast"/>
              </w:trPr>
              <w:tc>
                <w:tcPr>
                  <w:tcW w:type="dxa" w:w="1984"/>
                  <w:vAlign w:val="center"/>
                </w:tcPr>
                <w:p>
                  <w:pPr>
                    <w:jc w:val="center"/>
                  </w:pPr>
                  <w:r>
                    <w:rPr>
                      <w:sz w:val="18"/>
                    </w:rPr>
                    <w:t>Fotoğraf</w:t>
                  </w:r>
                </w:p>
              </w:tc>
            </w:tr>
          </w:tbl>
          <w:p/>
        </w:tc>
        <w:tc>
          <w:tcPr>
            <w:tcW w:type="dxa" w:w="7370"/>
            <w:vAlign w:val="center"/>
          </w:tcPr>
          <w:p>
            <w:pPr>
              <w:spacing w:before="960"/>
              <w:jc w:val="center"/>
            </w:pPr>
            <w:r>
              <w:rPr>
                <w:b/>
                <w:sz w:val="25"/>
              </w:rPr>
              <w:t>PSİKOTERAPİ VE PSİKOSOSYAL ÇALIŞMALAR DERNEĞİ</w:t>
            </w:r>
          </w:p>
          <w:p>
            <w:pPr>
              <w:spacing w:before="480"/>
              <w:jc w:val="right"/>
            </w:pPr>
            <w:r>
              <w:rPr>
                <w:b/>
              </w:rPr>
              <w:t>ÜYE NO  : ............</w:t>
            </w:r>
          </w:p>
        </w:tc>
      </w:tr>
    </w:tbl>
    <w:p>
      <w:pPr>
        <w:spacing w:after="0" w:line="120" w:lineRule="exact"/>
      </w:pPr>
    </w:p>
    <w:tbl>
      <w:tblPr>
        <w:tblW w:type="auto" w:w="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fixed"/>
        <w:tblLook w:firstColumn="1" w:firstRow="1" w:lastColumn="0" w:lastRow="0" w:noHBand="0" w:noVBand="1" w:val="04A0"/>
      </w:tblPr>
      <w:tblGrid>
        <w:gridCol w:w="9639"/>
      </w:tblGrid>
      <w:tr>
        <w:tc>
          <w:tcPr>
            <w:tcW w:type="dxa" w:w="9638"/>
          </w:tcPr>
          <w:p>
            <w:pPr>
              <w:spacing w:before="120" w:line="276" w:lineRule="auto"/>
              <w:ind w:firstLine="454"/>
            </w:pPr>
            <w:r>
              <w:rPr>
                <w:sz w:val="23"/>
              </w:rPr>
              <w:t>Dernek tüzüğünü okudum. Amaç ve yükümlülüklerini kabul ettim. Üye olmak istiyorum. Aidatımı her yıl içinde ödemeyi ve dernek çalışmalarına katkıda bulunacağımı taahhüt eder, Derneğe kabul edilmemi arz ederim.</w:t>
            </w:r>
          </w:p>
          <w:p>
            <w:pPr>
              <w:spacing w:before="320"/>
              <w:ind w:right="567"/>
              <w:jc w:val="right"/>
            </w:pPr>
            <w:r>
              <w:rPr>
                <w:sz w:val="23"/>
              </w:rPr>
              <w:t>......../......../20........</w:t>
            </w:r>
          </w:p>
          <w:p>
            <w:pPr>
              <w:spacing w:before="160"/>
              <w:ind w:right="567"/>
              <w:jc w:val="right"/>
            </w:pPr>
            <w:r>
              <w:rPr>
                <w:sz w:val="23"/>
              </w:rPr>
              <w:t>Adı Soyadı</w:t>
            </w:r>
          </w:p>
          <w:p>
            <w:pPr>
              <w:spacing w:before="80"/>
              <w:ind w:left="170"/>
              <w:jc w:val="left"/>
            </w:pPr>
            <w:r>
              <w:rPr>
                <w:sz w:val="23"/>
              </w:rPr>
              <w:t>İmza</w:t>
            </w:r>
          </w:p>
          <w:p>
            <w:pPr>
              <w:spacing w:after="80"/>
            </w:pPr>
          </w:p>
        </w:tc>
      </w:tr>
    </w:tbl>
    <w:p>
      <w:pPr>
        <w:spacing w:after="0" w:line="160" w:lineRule="exact"/>
      </w:pPr>
    </w:p>
    <w:tbl>
      <w:tblPr>
        <w:tblW w:type="auto" w:w="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fixed"/>
        <w:tblLook w:firstColumn="1" w:firstRow="1" w:lastColumn="0" w:lastRow="0" w:noHBand="0" w:noVBand="1" w:val="04A0"/>
      </w:tblPr>
      <w:tblGrid>
        <w:gridCol w:w="1871"/>
        <w:gridCol w:w="2948"/>
        <w:gridCol w:w="1871"/>
        <w:gridCol w:w="2948"/>
      </w:tblGrid>
      <w:tr>
        <w:trPr>
          <w:trHeight w:val="510" w:hRule="atLeast"/>
        </w:trPr>
        <w:tc>
          <w:tcPr>
            <w:tcW w:type="dxa" w:w="1871"/>
            <w:vAlign w:val="bottom"/>
          </w:tcPr>
          <w:p>
            <w:r>
              <w:t>Adı Soyadı</w:t>
            </w:r>
          </w:p>
        </w:tc>
        <w:tc>
          <w:tcPr>
            <w:tcW w:type="dxa" w:w="2948"/>
            <w:vAlign w:val="bottom"/>
          </w:tcPr>
          <w:p/>
        </w:tc>
        <w:tc>
          <w:tcPr>
            <w:tcW w:type="dxa" w:w="1871"/>
            <w:vAlign w:val="bottom"/>
          </w:tcPr>
          <w:p>
            <w:r>
              <w:t>Öğrenim Durumu</w:t>
            </w:r>
          </w:p>
        </w:tc>
        <w:tc>
          <w:tcPr>
            <w:tcW w:type="dxa" w:w="2948"/>
            <w:vAlign w:val="bottom"/>
          </w:tcPr>
          <w:p/>
        </w:tc>
      </w:tr>
      <w:tr>
        <w:trPr>
          <w:trHeight w:val="510" w:hRule="atLeast"/>
        </w:trPr>
        <w:tc>
          <w:tcPr>
            <w:tcW w:type="dxa" w:w="1871"/>
            <w:vAlign w:val="bottom"/>
          </w:tcPr>
          <w:p>
            <w:r>
              <w:t>Mesleği</w:t>
            </w:r>
          </w:p>
        </w:tc>
        <w:tc>
          <w:tcPr>
            <w:tcW w:type="dxa" w:w="2948"/>
            <w:vAlign w:val="bottom"/>
          </w:tcPr>
          <w:p/>
        </w:tc>
        <w:tc>
          <w:tcPr>
            <w:tcW w:type="dxa" w:w="1871"/>
            <w:vAlign w:val="bottom"/>
          </w:tcPr>
          <w:p>
            <w:r>
              <w:t>Yabancı Dil</w:t>
            </w:r>
          </w:p>
        </w:tc>
        <w:tc>
          <w:tcPr>
            <w:tcW w:type="dxa" w:w="2948"/>
            <w:vAlign w:val="bottom"/>
          </w:tcPr>
          <w:p/>
        </w:tc>
      </w:tr>
      <w:tr>
        <w:trPr>
          <w:trHeight w:val="850" w:hRule="atLeast"/>
        </w:trPr>
        <w:tc>
          <w:tcPr>
            <w:tcW w:type="dxa" w:w="1871"/>
            <w:vAlign w:val="bottom"/>
          </w:tcPr>
          <w:p>
            <w:r>
              <w:t>Ev Adresi</w:t>
            </w:r>
          </w:p>
        </w:tc>
        <w:tc>
          <w:tcPr>
            <w:tcW w:type="dxa" w:w="7767"/>
            <w:gridSpan w:val="3"/>
            <w:vAlign w:val="bottom"/>
          </w:tcPr>
          <w:p/>
        </w:tc>
      </w:tr>
      <w:tr>
        <w:trPr>
          <w:trHeight w:val="850" w:hRule="atLeast"/>
        </w:trPr>
        <w:tc>
          <w:tcPr>
            <w:tcW w:type="dxa" w:w="1871"/>
            <w:vAlign w:val="bottom"/>
          </w:tcPr>
          <w:p>
            <w:r>
              <w:t>İş Adresi</w:t>
            </w:r>
          </w:p>
        </w:tc>
        <w:tc>
          <w:tcPr>
            <w:tcW w:type="dxa" w:w="7767"/>
            <w:gridSpan w:val="3"/>
            <w:vAlign w:val="bottom"/>
          </w:tcPr>
          <w:p/>
        </w:tc>
      </w:tr>
      <w:tr>
        <w:trPr>
          <w:trHeight w:val="510" w:hRule="atLeast"/>
        </w:trPr>
        <w:tc>
          <w:tcPr>
            <w:tcW w:type="dxa" w:w="1871"/>
            <w:vAlign w:val="bottom"/>
          </w:tcPr>
          <w:p>
            <w:r>
              <w:t>Ev Telefonu</w:t>
            </w:r>
          </w:p>
        </w:tc>
        <w:tc>
          <w:tcPr>
            <w:tcW w:type="dxa" w:w="2948"/>
            <w:vAlign w:val="bottom"/>
          </w:tcPr>
          <w:p/>
        </w:tc>
        <w:tc>
          <w:tcPr>
            <w:tcW w:type="dxa" w:w="1871"/>
            <w:vAlign w:val="bottom"/>
          </w:tcPr>
          <w:p>
            <w:r>
              <w:t>İş Telefonu</w:t>
            </w:r>
          </w:p>
        </w:tc>
        <w:tc>
          <w:tcPr>
            <w:tcW w:type="dxa" w:w="2948"/>
            <w:vAlign w:val="bottom"/>
          </w:tcPr>
          <w:p/>
        </w:tc>
      </w:tr>
      <w:tr>
        <w:trPr>
          <w:trHeight w:val="510" w:hRule="atLeast"/>
        </w:trPr>
        <w:tc>
          <w:tcPr>
            <w:tcW w:type="dxa" w:w="1871"/>
            <w:vAlign w:val="bottom"/>
          </w:tcPr>
          <w:p>
            <w:r>
              <w:t>E-posta Adresi</w:t>
            </w:r>
          </w:p>
        </w:tc>
        <w:tc>
          <w:tcPr>
            <w:tcW w:type="dxa" w:w="2948"/>
            <w:vAlign w:val="bottom"/>
          </w:tcPr>
          <w:p>
            <w:pPr>
              <w:jc w:val="center"/>
            </w:pPr>
            <w:r>
              <w:t>@</w:t>
            </w:r>
          </w:p>
        </w:tc>
        <w:tc>
          <w:tcPr>
            <w:tcW w:type="dxa" w:w="1871"/>
            <w:vAlign w:val="bottom"/>
          </w:tcPr>
          <w:p>
            <w:r>
              <w:t>Cep Telefonu</w:t>
            </w:r>
          </w:p>
        </w:tc>
        <w:tc>
          <w:tcPr>
            <w:tcW w:type="dxa" w:w="2948"/>
            <w:vAlign w:val="bottom"/>
          </w:tcPr>
          <w:p/>
        </w:tc>
      </w:tr>
    </w:tbl>
    <w:p>
      <w:pPr>
        <w:spacing w:after="0" w:line="200" w:lineRule="exact"/>
      </w:pPr>
    </w:p>
    <w:p>
      <w:pPr>
        <w:spacing w:after="60"/>
      </w:pPr>
      <w:r>
        <w:rPr>
          <w:b/>
        </w:rPr>
        <w:t>NÜFUS ÖRNEĞİ</w:t>
      </w:r>
    </w:p>
    <w:tbl>
      <w:tblPr>
        <w:tblW w:type="auto" w:w="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fixed"/>
        <w:tblLook w:firstColumn="1" w:firstRow="1" w:lastColumn="0" w:lastRow="0" w:noHBand="0" w:noVBand="1" w:val="04A0"/>
      </w:tblPr>
      <w:tblGrid>
        <w:gridCol w:w="1871"/>
        <w:gridCol w:w="2948"/>
        <w:gridCol w:w="1871"/>
        <w:gridCol w:w="2948"/>
      </w:tblGrid>
      <w:tr>
        <w:trPr>
          <w:trHeight w:val="567" w:hRule="atLeast"/>
        </w:trPr>
        <w:tc>
          <w:tcPr>
            <w:tcW w:type="dxa" w:w="1871"/>
            <w:vAlign w:val="bottom"/>
          </w:tcPr>
          <w:p>
            <w:r>
              <w:t>TC Kimlik No</w:t>
            </w:r>
          </w:p>
        </w:tc>
        <w:tc>
          <w:tcPr>
            <w:tcW w:type="dxa" w:w="2948"/>
            <w:vAlign w:val="bottom"/>
          </w:tcPr>
          <w:p/>
        </w:tc>
        <w:tc>
          <w:tcPr>
            <w:tcW w:type="dxa" w:w="1871"/>
            <w:vAlign w:val="bottom"/>
          </w:tcPr>
          <w:p>
            <w:r>
              <w:t>Doğum Yeri</w:t>
            </w:r>
          </w:p>
        </w:tc>
        <w:tc>
          <w:tcPr>
            <w:tcW w:type="dxa" w:w="2948"/>
            <w:vAlign w:val="bottom"/>
          </w:tcPr>
          <w:p/>
        </w:tc>
      </w:tr>
      <w:tr>
        <w:trPr>
          <w:trHeight w:val="567" w:hRule="atLeast"/>
        </w:trPr>
        <w:tc>
          <w:tcPr>
            <w:tcW w:type="dxa" w:w="1871"/>
            <w:vAlign w:val="bottom"/>
          </w:tcPr>
          <w:p>
            <w:r>
              <w:t>Adı</w:t>
            </w:r>
          </w:p>
        </w:tc>
        <w:tc>
          <w:tcPr>
            <w:tcW w:type="dxa" w:w="2948"/>
            <w:vAlign w:val="bottom"/>
          </w:tcPr>
          <w:p/>
        </w:tc>
        <w:tc>
          <w:tcPr>
            <w:tcW w:type="dxa" w:w="1871"/>
            <w:vAlign w:val="bottom"/>
          </w:tcPr>
          <w:p>
            <w:r>
              <w:t>Doğum Tarihi</w:t>
            </w:r>
          </w:p>
        </w:tc>
        <w:tc>
          <w:tcPr>
            <w:tcW w:type="dxa" w:w="2948"/>
            <w:vAlign w:val="bottom"/>
          </w:tcPr>
          <w:p/>
        </w:tc>
      </w:tr>
      <w:tr>
        <w:trPr>
          <w:trHeight w:val="567" w:hRule="atLeast"/>
        </w:trPr>
        <w:tc>
          <w:tcPr>
            <w:tcW w:type="dxa" w:w="1871"/>
            <w:vAlign w:val="bottom"/>
          </w:tcPr>
          <w:p>
            <w:r>
              <w:t>Soyadı</w:t>
            </w:r>
          </w:p>
        </w:tc>
        <w:tc>
          <w:tcPr>
            <w:tcW w:type="dxa" w:w="2948"/>
            <w:vAlign w:val="bottom"/>
          </w:tcPr>
          <w:p/>
        </w:tc>
        <w:tc>
          <w:tcPr>
            <w:tcW w:type="dxa" w:w="1871"/>
            <w:vAlign w:val="bottom"/>
          </w:tcPr>
          <w:p>
            <w:r>
              <w:t>İli</w:t>
            </w:r>
          </w:p>
        </w:tc>
        <w:tc>
          <w:tcPr>
            <w:tcW w:type="dxa" w:w="2948"/>
            <w:vAlign w:val="bottom"/>
          </w:tcPr>
          <w:p/>
        </w:tc>
      </w:tr>
      <w:tr>
        <w:trPr>
          <w:trHeight w:val="567" w:hRule="atLeast"/>
        </w:trPr>
        <w:tc>
          <w:tcPr>
            <w:tcW w:type="dxa" w:w="1871"/>
            <w:vAlign w:val="bottom"/>
          </w:tcPr>
          <w:p>
            <w:r>
              <w:t>Baba Adı</w:t>
            </w:r>
          </w:p>
        </w:tc>
        <w:tc>
          <w:tcPr>
            <w:tcW w:type="dxa" w:w="2948"/>
            <w:vAlign w:val="bottom"/>
          </w:tcPr>
          <w:p/>
        </w:tc>
        <w:tc>
          <w:tcPr>
            <w:tcW w:type="dxa" w:w="1871"/>
            <w:vAlign w:val="bottom"/>
          </w:tcPr>
          <w:p>
            <w:r>
              <w:t>İlçesi</w:t>
            </w:r>
          </w:p>
        </w:tc>
        <w:tc>
          <w:tcPr>
            <w:tcW w:type="dxa" w:w="2948"/>
            <w:vAlign w:val="bottom"/>
          </w:tcPr>
          <w:p/>
        </w:tc>
      </w:tr>
      <w:tr>
        <w:trPr>
          <w:trHeight w:val="567" w:hRule="atLeast"/>
        </w:trPr>
        <w:tc>
          <w:tcPr>
            <w:tcW w:type="dxa" w:w="1871"/>
            <w:vAlign w:val="bottom"/>
          </w:tcPr>
          <w:p>
            <w:r>
              <w:t>Anne Adı</w:t>
            </w:r>
          </w:p>
        </w:tc>
        <w:tc>
          <w:tcPr>
            <w:tcW w:type="dxa" w:w="2948"/>
            <w:vAlign w:val="bottom"/>
          </w:tcPr>
          <w:p/>
        </w:tc>
        <w:tc>
          <w:tcPr>
            <w:tcW w:type="dxa" w:w="1871"/>
            <w:vAlign w:val="bottom"/>
          </w:tcPr>
          <w:p>
            <w:r>
              <w:t>Köy / Mahalle</w:t>
            </w:r>
          </w:p>
        </w:tc>
        <w:tc>
          <w:tcPr>
            <w:tcW w:type="dxa" w:w="2948"/>
            <w:vAlign w:val="bottom"/>
          </w:tcPr>
          <w:p/>
        </w:tc>
      </w:tr>
    </w:tbl>
    <w:p>
      <w:pPr>
        <w:spacing w:before="320" w:line="312" w:lineRule="auto"/>
      </w:pPr>
      <w:r>
        <w:t>Sayın ..........................................................'in üyelik istemi, Yönetim Kurulu'nun ........./........./20......... gün ve .............. sayılı toplantı kararı ile uygun görüldü; .................... sicil numarası ile asıl üyeliğe kabul edildi.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before="600"/>
              <w:jc w:val="center"/>
            </w:pPr>
            <w:r>
              <w:rPr>
                <w:b/>
              </w:rPr>
              <w:t>BAŞKAN</w:t>
            </w:r>
          </w:p>
        </w:tc>
        <w:tc>
          <w:tcPr>
            <w:tcW w:type="dxa" w:w="3213"/>
          </w:tcPr>
          <w:p>
            <w:pPr>
              <w:spacing w:before="600"/>
              <w:jc w:val="center"/>
            </w:pPr>
            <w:r>
              <w:rPr>
                <w:b/>
              </w:rPr>
              <w:t>ÜYE</w:t>
            </w:r>
          </w:p>
        </w:tc>
        <w:tc>
          <w:tcPr>
            <w:tcW w:type="dxa" w:w="3213"/>
          </w:tcPr>
          <w:p>
            <w:pPr>
              <w:spacing w:before="600"/>
              <w:jc w:val="center"/>
            </w:pPr>
            <w:r>
              <w:rPr>
                <w:b/>
              </w:rPr>
              <w:t>ÜYE</w:t>
            </w:r>
          </w:p>
        </w:tc>
      </w:tr>
    </w:tbl>
    <w:sectPr w:rsidR="00FC693F" w:rsidRPr="0006063C" w:rsidSect="00034616"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Üye Kayıt Formu</dc:title>
  <dc:subject/>
  <dc:creator>Psi̇koterapi̇ Ve Psi̇kososyal Çalişmalar Derneği̇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